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A36" w:rsidRDefault="00F11A36" w:rsidP="00F11A36">
      <w:pPr>
        <w:spacing w:after="40"/>
        <w:jc w:val="both"/>
        <w:rPr>
          <w:rFonts w:ascii="Arial" w:hAnsi="Arial"/>
          <w:b/>
          <w:sz w:val="24"/>
        </w:rPr>
      </w:pPr>
    </w:p>
    <w:p w:rsidR="00872D0F" w:rsidRDefault="00292096" w:rsidP="00A45B1A">
      <w:pPr>
        <w:spacing w:before="240" w:after="80"/>
        <w:jc w:val="center"/>
      </w:pPr>
      <w:r>
        <w:rPr>
          <w:rFonts w:ascii="Arial" w:hAnsi="Arial"/>
          <w:b/>
        </w:rPr>
        <w:t>ANEXO II – MODELO DE PROPOSTA DADOS FORNECEDOR</w:t>
      </w:r>
    </w:p>
    <w:p w:rsidR="00A45B1A" w:rsidRDefault="00A45B1A" w:rsidP="00F11A36">
      <w:pPr>
        <w:spacing w:after="120"/>
        <w:jc w:val="both"/>
        <w:rPr>
          <w:rFonts w:ascii="Arial" w:hAnsi="Arial"/>
          <w:b/>
          <w:sz w:val="20"/>
        </w:rPr>
      </w:pPr>
    </w:p>
    <w:p w:rsidR="00872D0F" w:rsidRDefault="00292096" w:rsidP="00F11A36">
      <w:pPr>
        <w:spacing w:after="120"/>
        <w:jc w:val="both"/>
      </w:pPr>
      <w:proofErr w:type="spellStart"/>
      <w:r>
        <w:rPr>
          <w:rFonts w:ascii="Arial" w:hAnsi="Arial"/>
          <w:b/>
          <w:sz w:val="20"/>
        </w:rPr>
        <w:t>Dispensa</w:t>
      </w:r>
      <w:proofErr w:type="spellEnd"/>
      <w:r>
        <w:rPr>
          <w:rFonts w:ascii="Arial" w:hAnsi="Arial"/>
          <w:b/>
          <w:sz w:val="20"/>
        </w:rPr>
        <w:t xml:space="preserve"> de </w:t>
      </w:r>
      <w:proofErr w:type="spellStart"/>
      <w:r>
        <w:rPr>
          <w:rFonts w:ascii="Arial" w:hAnsi="Arial"/>
          <w:b/>
          <w:sz w:val="20"/>
        </w:rPr>
        <w:t>Licitação</w:t>
      </w:r>
      <w:proofErr w:type="spellEnd"/>
      <w:r>
        <w:rPr>
          <w:rFonts w:ascii="Arial" w:hAnsi="Arial"/>
          <w:b/>
          <w:sz w:val="20"/>
        </w:rPr>
        <w:t xml:space="preserve"> nº 0</w:t>
      </w:r>
      <w:r w:rsidR="004A7C66">
        <w:rPr>
          <w:rFonts w:ascii="Arial" w:hAnsi="Arial"/>
          <w:b/>
          <w:sz w:val="20"/>
        </w:rPr>
        <w:t>13/2026</w:t>
      </w:r>
    </w:p>
    <w:p w:rsidR="00872D0F" w:rsidRDefault="00292096" w:rsidP="00F11A36">
      <w:pPr>
        <w:spacing w:after="60"/>
        <w:jc w:val="both"/>
      </w:pPr>
      <w:r>
        <w:rPr>
          <w:rFonts w:ascii="Arial" w:hAnsi="Arial"/>
          <w:sz w:val="20"/>
        </w:rPr>
        <w:t>Razão Social: ......................................................................................................</w:t>
      </w:r>
    </w:p>
    <w:p w:rsidR="00872D0F" w:rsidRDefault="00292096" w:rsidP="00F11A36">
      <w:pPr>
        <w:spacing w:after="60"/>
        <w:jc w:val="both"/>
      </w:pPr>
      <w:r>
        <w:rPr>
          <w:rFonts w:ascii="Arial" w:hAnsi="Arial"/>
          <w:sz w:val="20"/>
        </w:rPr>
        <w:t>CNPJ: Nº ................................................................................................................</w:t>
      </w:r>
    </w:p>
    <w:p w:rsidR="00872D0F" w:rsidRDefault="00292096" w:rsidP="00F11A36">
      <w:pPr>
        <w:spacing w:after="60"/>
        <w:jc w:val="both"/>
      </w:pPr>
      <w:r>
        <w:rPr>
          <w:rFonts w:ascii="Arial" w:hAnsi="Arial"/>
          <w:sz w:val="20"/>
        </w:rPr>
        <w:t>Endereço: ....................................................................................................................</w:t>
      </w:r>
    </w:p>
    <w:p w:rsidR="00872D0F" w:rsidRDefault="00292096" w:rsidP="00F11A36">
      <w:pPr>
        <w:spacing w:after="60"/>
        <w:jc w:val="both"/>
      </w:pPr>
      <w:r>
        <w:rPr>
          <w:rFonts w:ascii="Arial" w:hAnsi="Arial"/>
          <w:sz w:val="20"/>
        </w:rPr>
        <w:t>E-mail: ............................................................ Telefone: .............................................</w:t>
      </w:r>
    </w:p>
    <w:p w:rsidR="00872D0F" w:rsidRDefault="00292096" w:rsidP="00F11A36">
      <w:pPr>
        <w:spacing w:after="60"/>
        <w:jc w:val="both"/>
      </w:pPr>
      <w:r>
        <w:rPr>
          <w:rFonts w:ascii="Arial" w:hAnsi="Arial"/>
          <w:sz w:val="20"/>
        </w:rPr>
        <w:t>NOME DO REPRESENTANTE LEGAL: .......................................................................</w:t>
      </w:r>
    </w:p>
    <w:p w:rsidR="00872D0F" w:rsidRDefault="00292096" w:rsidP="00F11A36">
      <w:pPr>
        <w:spacing w:after="120"/>
        <w:jc w:val="both"/>
      </w:pPr>
      <w:r>
        <w:rPr>
          <w:rFonts w:ascii="Arial" w:hAnsi="Arial"/>
          <w:sz w:val="20"/>
        </w:rPr>
        <w:t>CPF nº. ......................................................</w:t>
      </w:r>
    </w:p>
    <w:p w:rsidR="00872D0F" w:rsidRDefault="00292096" w:rsidP="00F11A36">
      <w:pPr>
        <w:spacing w:after="60"/>
        <w:jc w:val="both"/>
      </w:pPr>
      <w:r>
        <w:rPr>
          <w:rFonts w:ascii="Arial" w:hAnsi="Arial"/>
          <w:sz w:val="20"/>
        </w:rPr>
        <w:t>Esta Proposta tem validade de 60 (sessenta) dias.</w:t>
      </w:r>
    </w:p>
    <w:p w:rsidR="00872D0F" w:rsidRDefault="00292096" w:rsidP="00F11A36">
      <w:pPr>
        <w:spacing w:after="160"/>
        <w:jc w:val="both"/>
      </w:pPr>
      <w:r>
        <w:rPr>
          <w:rFonts w:ascii="Arial" w:hAnsi="Arial"/>
          <w:sz w:val="20"/>
        </w:rPr>
        <w:t>Microempresa ou empresa de pequeno porte: [  ] Sim   [  ] Não</w:t>
      </w:r>
    </w:p>
    <w:p w:rsidR="00872D0F" w:rsidRDefault="00292096" w:rsidP="00F11A36">
      <w:pPr>
        <w:spacing w:after="80"/>
        <w:jc w:val="both"/>
      </w:pPr>
      <w:r>
        <w:rPr>
          <w:rFonts w:ascii="Arial" w:hAnsi="Arial"/>
          <w:b/>
          <w:sz w:val="20"/>
        </w:rPr>
        <w:t>LOTE 1:</w:t>
      </w:r>
    </w:p>
    <w:p w:rsidR="00872D0F" w:rsidRDefault="00292096" w:rsidP="00F11A36">
      <w:pPr>
        <w:spacing w:before="60" w:after="40"/>
        <w:jc w:val="both"/>
      </w:pPr>
      <w:r>
        <w:rPr>
          <w:rFonts w:ascii="Arial" w:hAnsi="Arial"/>
          <w:b/>
          <w:sz w:val="20"/>
        </w:rPr>
        <w:t>Item 1: PROJETOR MULTIMÍDIA</w:t>
      </w:r>
    </w:p>
    <w:p w:rsidR="00872D0F" w:rsidRDefault="00292096" w:rsidP="00F11A36">
      <w:pPr>
        <w:spacing w:after="40"/>
        <w:jc w:val="both"/>
      </w:pPr>
      <w:r>
        <w:rPr>
          <w:rFonts w:ascii="Arial" w:hAnsi="Arial"/>
          <w:sz w:val="20"/>
        </w:rPr>
        <w:t>Quantidade: 01 unidade</w:t>
      </w:r>
    </w:p>
    <w:p w:rsidR="00872D0F" w:rsidRDefault="00292096" w:rsidP="00F11A36">
      <w:pPr>
        <w:spacing w:after="40"/>
        <w:jc w:val="both"/>
      </w:pPr>
      <w:r>
        <w:rPr>
          <w:rFonts w:ascii="Arial" w:hAnsi="Arial"/>
          <w:sz w:val="20"/>
        </w:rPr>
        <w:t>Valor Unitário de Referência (não serão aceitos orçamentos com valor superior ao de referência): R$ 5.545,71</w:t>
      </w:r>
    </w:p>
    <w:p w:rsidR="00872D0F" w:rsidRDefault="00292096" w:rsidP="00A45B1A">
      <w:pPr>
        <w:spacing w:after="120"/>
        <w:jc w:val="right"/>
      </w:pPr>
      <w:r>
        <w:rPr>
          <w:rFonts w:ascii="Arial" w:hAnsi="Arial"/>
          <w:b/>
          <w:sz w:val="20"/>
        </w:rPr>
        <w:t xml:space="preserve">Valor Oferto Unitário: R$ __________________    </w:t>
      </w:r>
    </w:p>
    <w:p w:rsidR="00872D0F" w:rsidRDefault="00292096" w:rsidP="00F11A36">
      <w:pPr>
        <w:spacing w:before="60" w:after="40"/>
        <w:jc w:val="both"/>
      </w:pPr>
      <w:r>
        <w:rPr>
          <w:rFonts w:ascii="Arial" w:hAnsi="Arial"/>
          <w:b/>
          <w:sz w:val="20"/>
        </w:rPr>
        <w:t>Item 2: FRITADEIRA SEM ÓLEO - AIR FRYER CAPACIDADE 12 LITROS</w:t>
      </w:r>
    </w:p>
    <w:p w:rsidR="00872D0F" w:rsidRDefault="00292096" w:rsidP="00F11A36">
      <w:pPr>
        <w:spacing w:after="40"/>
        <w:jc w:val="both"/>
      </w:pPr>
      <w:r>
        <w:rPr>
          <w:rFonts w:ascii="Arial" w:hAnsi="Arial"/>
          <w:sz w:val="20"/>
        </w:rPr>
        <w:t>Quantidade: 01 unidade</w:t>
      </w:r>
    </w:p>
    <w:p w:rsidR="00872D0F" w:rsidRDefault="00292096" w:rsidP="00F11A36">
      <w:pPr>
        <w:spacing w:after="40"/>
        <w:jc w:val="both"/>
      </w:pPr>
      <w:r>
        <w:rPr>
          <w:rFonts w:ascii="Arial" w:hAnsi="Arial"/>
          <w:sz w:val="20"/>
        </w:rPr>
        <w:t>Valor Unitário de Referência (não serão aceitos orçamentos com valor superior ao de referência): R$ 667,50</w:t>
      </w:r>
    </w:p>
    <w:p w:rsidR="00872D0F" w:rsidRDefault="00292096" w:rsidP="00A45B1A">
      <w:pPr>
        <w:spacing w:after="120"/>
        <w:jc w:val="right"/>
      </w:pPr>
      <w:r>
        <w:rPr>
          <w:rFonts w:ascii="Arial" w:hAnsi="Arial"/>
          <w:b/>
          <w:sz w:val="20"/>
        </w:rPr>
        <w:t xml:space="preserve">Valor Oferto Unitário: R$ __________________    </w:t>
      </w:r>
    </w:p>
    <w:p w:rsidR="00872D0F" w:rsidRDefault="00292096" w:rsidP="00F11A36">
      <w:pPr>
        <w:spacing w:before="60" w:after="40"/>
        <w:jc w:val="both"/>
      </w:pPr>
      <w:r>
        <w:rPr>
          <w:rFonts w:ascii="Arial" w:hAnsi="Arial"/>
          <w:b/>
          <w:sz w:val="20"/>
        </w:rPr>
        <w:t>Item 3: FORNO ELÉTRICO DE BANCADA 60 LITROS</w:t>
      </w:r>
    </w:p>
    <w:p w:rsidR="00872D0F" w:rsidRDefault="00292096" w:rsidP="00F11A36">
      <w:pPr>
        <w:spacing w:after="40"/>
        <w:jc w:val="both"/>
      </w:pPr>
      <w:r>
        <w:rPr>
          <w:rFonts w:ascii="Arial" w:hAnsi="Arial"/>
          <w:sz w:val="20"/>
        </w:rPr>
        <w:t>Quantidade: 01 unidade</w:t>
      </w:r>
    </w:p>
    <w:p w:rsidR="00872D0F" w:rsidRDefault="00292096" w:rsidP="00F11A36">
      <w:pPr>
        <w:spacing w:after="40"/>
        <w:jc w:val="both"/>
      </w:pPr>
      <w:r>
        <w:rPr>
          <w:rFonts w:ascii="Arial" w:hAnsi="Arial"/>
          <w:sz w:val="20"/>
        </w:rPr>
        <w:t>Valor Unitário de Referência (não serão aceitos orçamentos com valor superior ao de referência): R$ 761,82</w:t>
      </w:r>
    </w:p>
    <w:p w:rsidR="00872D0F" w:rsidRDefault="00292096" w:rsidP="00A45B1A">
      <w:pPr>
        <w:spacing w:after="120"/>
        <w:jc w:val="right"/>
      </w:pPr>
      <w:r>
        <w:rPr>
          <w:rFonts w:ascii="Arial" w:hAnsi="Arial"/>
          <w:b/>
          <w:sz w:val="20"/>
        </w:rPr>
        <w:t xml:space="preserve">Valor Oferto Unitário: R$ __________________    </w:t>
      </w:r>
    </w:p>
    <w:p w:rsidR="00872D0F" w:rsidRDefault="00292096" w:rsidP="00F11A36">
      <w:pPr>
        <w:spacing w:before="60" w:after="40"/>
        <w:jc w:val="both"/>
      </w:pPr>
      <w:r>
        <w:rPr>
          <w:rFonts w:ascii="Arial" w:hAnsi="Arial"/>
          <w:b/>
          <w:sz w:val="20"/>
        </w:rPr>
        <w:t>Item 4: FRAGMENTADORA DE PAPEL AUTOMÁTICA 220V</w:t>
      </w:r>
    </w:p>
    <w:p w:rsidR="00872D0F" w:rsidRDefault="00292096" w:rsidP="00F11A36">
      <w:pPr>
        <w:spacing w:after="40"/>
        <w:jc w:val="both"/>
      </w:pPr>
      <w:r>
        <w:rPr>
          <w:rFonts w:ascii="Arial" w:hAnsi="Arial"/>
          <w:sz w:val="20"/>
        </w:rPr>
        <w:t>Quantidade: 01 unidade</w:t>
      </w:r>
    </w:p>
    <w:p w:rsidR="00872D0F" w:rsidRDefault="00292096" w:rsidP="00F11A36">
      <w:pPr>
        <w:spacing w:after="40"/>
        <w:jc w:val="both"/>
      </w:pPr>
      <w:r>
        <w:rPr>
          <w:rFonts w:ascii="Arial" w:hAnsi="Arial"/>
          <w:sz w:val="20"/>
        </w:rPr>
        <w:t>Valor Unitário de Referência (não serão aceitos orçamentos com valor superior ao de referência): R$ 3.998,20</w:t>
      </w:r>
    </w:p>
    <w:p w:rsidR="00872D0F" w:rsidRDefault="00292096" w:rsidP="00A45B1A">
      <w:pPr>
        <w:spacing w:after="120"/>
        <w:jc w:val="right"/>
      </w:pPr>
      <w:r>
        <w:rPr>
          <w:rFonts w:ascii="Arial" w:hAnsi="Arial"/>
          <w:b/>
          <w:sz w:val="20"/>
        </w:rPr>
        <w:t xml:space="preserve">Valor Oferto Unitário: R$ __________________    </w:t>
      </w:r>
    </w:p>
    <w:p w:rsidR="00872D0F" w:rsidRDefault="00292096" w:rsidP="00F11A36">
      <w:pPr>
        <w:spacing w:before="240" w:after="480"/>
        <w:jc w:val="both"/>
      </w:pPr>
      <w:r>
        <w:rPr>
          <w:rFonts w:ascii="Arial" w:hAnsi="Arial"/>
          <w:sz w:val="20"/>
        </w:rPr>
        <w:t>Data: ____ / ____ / 2026</w:t>
      </w:r>
    </w:p>
    <w:p w:rsidR="00872D0F" w:rsidRDefault="00292096" w:rsidP="00A45B1A">
      <w:pPr>
        <w:spacing w:after="480"/>
        <w:jc w:val="both"/>
      </w:pPr>
      <w:proofErr w:type="spellStart"/>
      <w:r>
        <w:rPr>
          <w:rFonts w:ascii="Arial" w:hAnsi="Arial"/>
          <w:sz w:val="20"/>
        </w:rPr>
        <w:lastRenderedPageBreak/>
        <w:t>Assinatura</w:t>
      </w:r>
      <w:proofErr w:type="spellEnd"/>
      <w:r>
        <w:rPr>
          <w:rFonts w:ascii="Arial" w:hAnsi="Arial"/>
          <w:sz w:val="20"/>
        </w:rPr>
        <w:t xml:space="preserve">: ___________________________________      </w:t>
      </w:r>
      <w:proofErr w:type="spellStart"/>
      <w:r>
        <w:rPr>
          <w:rFonts w:ascii="Arial" w:hAnsi="Arial"/>
          <w:sz w:val="20"/>
        </w:rPr>
        <w:t>Carimbo</w:t>
      </w:r>
      <w:proofErr w:type="spellEnd"/>
      <w:r>
        <w:rPr>
          <w:rFonts w:ascii="Arial" w:hAnsi="Arial"/>
          <w:sz w:val="20"/>
        </w:rPr>
        <w:t>: _______________________</w:t>
      </w:r>
      <w:bookmarkStart w:id="0" w:name="_GoBack"/>
      <w:bookmarkEnd w:id="0"/>
    </w:p>
    <w:sectPr w:rsidR="00872D0F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096" w:rsidRDefault="00292096" w:rsidP="00F11A36">
      <w:pPr>
        <w:spacing w:after="0" w:line="240" w:lineRule="auto"/>
      </w:pPr>
      <w:r>
        <w:separator/>
      </w:r>
    </w:p>
  </w:endnote>
  <w:endnote w:type="continuationSeparator" w:id="0">
    <w:p w:rsidR="00292096" w:rsidRDefault="00292096" w:rsidP="00F11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096" w:rsidRDefault="00292096" w:rsidP="00F11A36">
      <w:pPr>
        <w:spacing w:after="0" w:line="240" w:lineRule="auto"/>
      </w:pPr>
      <w:r>
        <w:separator/>
      </w:r>
    </w:p>
  </w:footnote>
  <w:footnote w:type="continuationSeparator" w:id="0">
    <w:p w:rsidR="00292096" w:rsidRDefault="00292096" w:rsidP="00F11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096" w:rsidRDefault="00292096">
    <w:pPr>
      <w:pStyle w:val="Cabealho"/>
    </w:pPr>
    <w:r>
      <w:rPr>
        <w:noProof/>
        <w:lang w:val="pt-BR" w:eastAsia="pt-BR"/>
      </w:rPr>
      <w:drawing>
        <wp:inline distT="0" distB="0" distL="0" distR="0" wp14:anchorId="4A09CDB1" wp14:editId="7524CA00">
          <wp:extent cx="5612130" cy="786130"/>
          <wp:effectExtent l="0" t="0" r="762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2130" cy="786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2096"/>
    <w:rsid w:val="0029639D"/>
    <w:rsid w:val="00326F90"/>
    <w:rsid w:val="004A7C66"/>
    <w:rsid w:val="007E1FCD"/>
    <w:rsid w:val="00872D0F"/>
    <w:rsid w:val="00A45B1A"/>
    <w:rsid w:val="00AA1D8D"/>
    <w:rsid w:val="00B47730"/>
    <w:rsid w:val="00CB0664"/>
    <w:rsid w:val="00D0378B"/>
    <w:rsid w:val="00F11A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F11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1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F11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1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FB74B7-A1D1-41BB-B6ED-061B5492D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CAMARA</cp:lastModifiedBy>
  <cp:revision>2</cp:revision>
  <cp:lastPrinted>2026-09-11T20:10:00Z</cp:lastPrinted>
  <dcterms:created xsi:type="dcterms:W3CDTF">2026-09-11T20:24:00Z</dcterms:created>
  <dcterms:modified xsi:type="dcterms:W3CDTF">2026-09-11T20:24:00Z</dcterms:modified>
</cp:coreProperties>
</file>