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15" w:rsidRPr="00552D53" w:rsidRDefault="00790A96" w:rsidP="00CC610D">
      <w:pPr>
        <w:spacing w:before="320"/>
        <w:jc w:val="center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b/>
          <w:color w:val="333333"/>
        </w:rPr>
        <w:t>ANEXO II - MODELO DE PROPOSTA COMERCIAL</w:t>
      </w:r>
    </w:p>
    <w:p w:rsidR="002C2015" w:rsidRPr="00552D53" w:rsidRDefault="00790A96" w:rsidP="008F5603">
      <w:pPr>
        <w:spacing w:after="8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b/>
          <w:color w:val="333333"/>
        </w:rPr>
        <w:t>DADOS DO FORNECEDOR: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Razão Social: ..............................................................................................................................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 xml:space="preserve">CNPJ nº: </w:t>
      </w:r>
      <w:r w:rsidRPr="00552D53">
        <w:rPr>
          <w:rFonts w:asciiTheme="majorHAnsi" w:hAnsiTheme="majorHAnsi" w:cstheme="majorHAnsi"/>
          <w:color w:val="333333"/>
        </w:rPr>
        <w:t>.................................................................... Telefone: .......................................................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Endereço: ...............................................................................................................</w:t>
      </w:r>
      <w:r w:rsidRPr="00552D53">
        <w:rPr>
          <w:rFonts w:asciiTheme="majorHAnsi" w:hAnsiTheme="majorHAnsi" w:cstheme="majorHAnsi"/>
          <w:color w:val="333333"/>
        </w:rPr>
        <w:t>.......................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E-mail: ..........................................................................................................................................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Representante Legal: ........................................................ CPF nº:</w:t>
      </w:r>
      <w:r w:rsidRPr="00552D53">
        <w:rPr>
          <w:rFonts w:asciiTheme="majorHAnsi" w:hAnsiTheme="majorHAnsi" w:cstheme="majorHAnsi"/>
          <w:color w:val="333333"/>
        </w:rPr>
        <w:t xml:space="preserve"> .............................................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 xml:space="preserve">Enquadramento ME/EPP: [  ] </w:t>
      </w:r>
      <w:proofErr w:type="gramStart"/>
      <w:r w:rsidRPr="00552D53">
        <w:rPr>
          <w:rFonts w:asciiTheme="majorHAnsi" w:hAnsiTheme="majorHAnsi" w:cstheme="majorHAnsi"/>
          <w:color w:val="333333"/>
        </w:rPr>
        <w:t>SIM  [</w:t>
      </w:r>
      <w:proofErr w:type="gramEnd"/>
      <w:r w:rsidRPr="00552D53">
        <w:rPr>
          <w:rFonts w:asciiTheme="majorHAnsi" w:hAnsiTheme="majorHAnsi" w:cstheme="majorHAnsi"/>
          <w:color w:val="333333"/>
        </w:rPr>
        <w:t xml:space="preserve">  ] NÃO</w:t>
      </w:r>
    </w:p>
    <w:p w:rsidR="002C2015" w:rsidRPr="00552D53" w:rsidRDefault="00790A96" w:rsidP="008F5603">
      <w:pPr>
        <w:spacing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 xml:space="preserve">Validade da Proposta: 60 (sessenta) </w:t>
      </w:r>
      <w:proofErr w:type="gramStart"/>
      <w:r w:rsidRPr="00552D53">
        <w:rPr>
          <w:rFonts w:asciiTheme="majorHAnsi" w:hAnsiTheme="majorHAnsi" w:cstheme="majorHAnsi"/>
          <w:color w:val="333333"/>
        </w:rPr>
        <w:t>dias</w:t>
      </w:r>
      <w:proofErr w:type="gramEnd"/>
      <w:r w:rsidRPr="00552D53">
        <w:rPr>
          <w:rFonts w:asciiTheme="majorHAnsi" w:hAnsiTheme="majorHAnsi" w:cstheme="majorHAnsi"/>
          <w:color w:val="333333"/>
        </w:rPr>
        <w:t>.</w:t>
      </w:r>
    </w:p>
    <w:p w:rsidR="002C2015" w:rsidRPr="00552D53" w:rsidRDefault="00790A96" w:rsidP="008F5603">
      <w:pPr>
        <w:spacing w:before="160" w:after="4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b/>
          <w:color w:val="333333"/>
        </w:rPr>
        <w:t>À CÂMARA MUNICIPAL DE CAPIVARI DO SUL/RS</w:t>
      </w:r>
    </w:p>
    <w:p w:rsidR="002C2015" w:rsidRPr="00552D53" w:rsidRDefault="00790A96" w:rsidP="008F5603">
      <w:pPr>
        <w:spacing w:after="12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b/>
          <w:color w:val="333333"/>
        </w:rPr>
        <w:t>Ref.: PROCESSO DE DISPENSA DE LICITAÇÃO Nº 012/2026</w:t>
      </w:r>
    </w:p>
    <w:p w:rsidR="002C2015" w:rsidRPr="00552D53" w:rsidRDefault="00790A96" w:rsidP="008F5603">
      <w:pPr>
        <w:spacing w:after="12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 xml:space="preserve">Apresentamos nossa proposta comercial para o fornecimento dos </w:t>
      </w:r>
      <w:proofErr w:type="spellStart"/>
      <w:r w:rsidRPr="00552D53">
        <w:rPr>
          <w:rFonts w:asciiTheme="majorHAnsi" w:hAnsiTheme="majorHAnsi" w:cstheme="majorHAnsi"/>
          <w:color w:val="333333"/>
        </w:rPr>
        <w:t>materiais</w:t>
      </w:r>
      <w:proofErr w:type="spellEnd"/>
      <w:r w:rsidRPr="00552D53">
        <w:rPr>
          <w:rFonts w:asciiTheme="majorHAnsi" w:hAnsiTheme="majorHAnsi" w:cstheme="majorHAnsi"/>
          <w:color w:val="333333"/>
        </w:rPr>
        <w:t xml:space="preserve"> e </w:t>
      </w:r>
      <w:proofErr w:type="spellStart"/>
      <w:r w:rsidRPr="00552D53">
        <w:rPr>
          <w:rFonts w:asciiTheme="majorHAnsi" w:hAnsiTheme="majorHAnsi" w:cstheme="majorHAnsi"/>
          <w:color w:val="333333"/>
        </w:rPr>
        <w:t>serviços</w:t>
      </w:r>
      <w:proofErr w:type="spellEnd"/>
      <w:r w:rsidRPr="00552D53">
        <w:rPr>
          <w:rFonts w:asciiTheme="majorHAnsi" w:hAnsiTheme="majorHAnsi" w:cstheme="majorHAnsi"/>
          <w:color w:val="333333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</w:rPr>
        <w:t>abaixo</w:t>
      </w:r>
      <w:proofErr w:type="spellEnd"/>
      <w:r w:rsidRPr="00552D53">
        <w:rPr>
          <w:rFonts w:asciiTheme="majorHAnsi" w:hAnsiTheme="majorHAnsi" w:cstheme="majorHAnsi"/>
          <w:color w:val="333333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</w:rPr>
        <w:t>especificados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de </w:t>
      </w:r>
      <w:proofErr w:type="spellStart"/>
      <w:r w:rsidR="00CC610D" w:rsidRPr="00552D53">
        <w:rPr>
          <w:rFonts w:asciiTheme="majorHAnsi" w:hAnsiTheme="majorHAnsi" w:cstheme="majorHAnsi"/>
          <w:color w:val="333333"/>
        </w:rPr>
        <w:t>acordo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com a </w:t>
      </w:r>
      <w:proofErr w:type="spellStart"/>
      <w:r w:rsidR="00CC610D" w:rsidRPr="00552D53">
        <w:rPr>
          <w:rFonts w:asciiTheme="majorHAnsi" w:hAnsiTheme="majorHAnsi" w:cstheme="majorHAnsi"/>
          <w:color w:val="333333"/>
        </w:rPr>
        <w:t>descrição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</w:t>
      </w:r>
      <w:proofErr w:type="spellStart"/>
      <w:r w:rsidR="00CC610D" w:rsidRPr="00552D53">
        <w:rPr>
          <w:rFonts w:asciiTheme="majorHAnsi" w:hAnsiTheme="majorHAnsi" w:cstheme="majorHAnsi"/>
          <w:color w:val="333333"/>
        </w:rPr>
        <w:t>completa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no </w:t>
      </w:r>
      <w:proofErr w:type="spellStart"/>
      <w:r w:rsidR="00CC610D" w:rsidRPr="00552D53">
        <w:rPr>
          <w:rFonts w:asciiTheme="majorHAnsi" w:hAnsiTheme="majorHAnsi" w:cstheme="majorHAnsi"/>
          <w:color w:val="333333"/>
        </w:rPr>
        <w:t>Termo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de </w:t>
      </w:r>
      <w:proofErr w:type="spellStart"/>
      <w:proofErr w:type="gramStart"/>
      <w:r w:rsidR="00CC610D" w:rsidRPr="00552D53">
        <w:rPr>
          <w:rFonts w:asciiTheme="majorHAnsi" w:hAnsiTheme="majorHAnsi" w:cstheme="majorHAnsi"/>
          <w:color w:val="333333"/>
        </w:rPr>
        <w:t>referência</w:t>
      </w:r>
      <w:proofErr w:type="spellEnd"/>
      <w:r w:rsidR="00CC610D" w:rsidRPr="00552D53">
        <w:rPr>
          <w:rFonts w:asciiTheme="majorHAnsi" w:hAnsiTheme="majorHAnsi" w:cstheme="majorHAnsi"/>
          <w:color w:val="333333"/>
        </w:rPr>
        <w:t xml:space="preserve"> </w:t>
      </w:r>
      <w:r w:rsidRPr="00552D53">
        <w:rPr>
          <w:rFonts w:asciiTheme="majorHAnsi" w:hAnsiTheme="majorHAnsi" w:cstheme="majorHAnsi"/>
          <w:color w:val="333333"/>
        </w:rPr>
        <w:t>:</w:t>
      </w:r>
      <w:proofErr w:type="gramEnd"/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713"/>
        <w:gridCol w:w="5179"/>
        <w:gridCol w:w="1134"/>
        <w:gridCol w:w="709"/>
        <w:gridCol w:w="1378"/>
      </w:tblGrid>
      <w:tr w:rsidR="002C2015" w:rsidRPr="00552D53" w:rsidTr="00552D53">
        <w:trPr>
          <w:jc w:val="center"/>
        </w:trPr>
        <w:tc>
          <w:tcPr>
            <w:tcW w:w="713" w:type="dxa"/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  <w:b/>
              </w:rPr>
              <w:t>Item</w:t>
            </w:r>
          </w:p>
        </w:tc>
        <w:tc>
          <w:tcPr>
            <w:tcW w:w="5179" w:type="dxa"/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  <w:b/>
              </w:rPr>
              <w:t>Descrição do Bem / Serviço</w:t>
            </w:r>
          </w:p>
        </w:tc>
        <w:tc>
          <w:tcPr>
            <w:tcW w:w="1134" w:type="dxa"/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  <w:b/>
              </w:rPr>
              <w:t>Qtd</w:t>
            </w:r>
          </w:p>
        </w:tc>
        <w:tc>
          <w:tcPr>
            <w:tcW w:w="709" w:type="dxa"/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  <w:b/>
              </w:rPr>
              <w:t>Unid.</w:t>
            </w:r>
          </w:p>
        </w:tc>
        <w:tc>
          <w:tcPr>
            <w:tcW w:w="1378" w:type="dxa"/>
            <w:shd w:val="clear" w:color="auto" w:fill="F2F2F2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  <w:b/>
              </w:rPr>
              <w:t>Valor Unit. (R$)</w:t>
            </w:r>
          </w:p>
        </w:tc>
      </w:tr>
      <w:tr w:rsidR="002C2015" w:rsidRPr="00552D53" w:rsidTr="00552D53">
        <w:trPr>
          <w:jc w:val="center"/>
        </w:trPr>
        <w:tc>
          <w:tcPr>
            <w:tcW w:w="71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01</w:t>
            </w:r>
          </w:p>
        </w:tc>
        <w:tc>
          <w:tcPr>
            <w:tcW w:w="517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58581C" w:rsidP="008F5603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552D53">
              <w:rPr>
                <w:rFonts w:asciiTheme="majorHAnsi" w:hAnsiTheme="majorHAnsi" w:cstheme="majorHAnsi"/>
              </w:rPr>
              <w:t>Quadros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Institucionais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Presidentes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(40cm x 30cm):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Confecção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fornecimento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quadros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institucionais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Presidentes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dimensão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total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aproximada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40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30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largura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estruturados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moldura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perfil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alumínio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resistência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acabamento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metálico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prateado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escovado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cantos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perfeitamente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ajustados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proteção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frontal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vidro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plano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antirreflexo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espessura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mínima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2 mm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bordas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lapidadas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fundo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/passe-partout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interno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revestido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veludo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vermelha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posicionado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entre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moldura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chapa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central.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placa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central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será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confeccionada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chapa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aço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inox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escovado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durabilidade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resistência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à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oxidação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medindo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aproximadamente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30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20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largura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qual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toda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composição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gráfica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incluindo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fotografia</w:t>
            </w:r>
            <w:proofErr w:type="spellEnd"/>
            <w:r w:rsidRPr="00552D53">
              <w:rPr>
                <w:rFonts w:asciiTheme="majorHAnsi" w:hAnsiTheme="majorHAnsi" w:cstheme="majorHAnsi"/>
              </w:rPr>
              <w:t>/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imagem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cabeçalho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contornos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Brasões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 Estado do Rio Grande do Sul e do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Município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posicionados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parte superior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deverá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impressa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gravada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diretamente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sobre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superfície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aço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inox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impressão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UV industrial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definição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gravação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química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/laser),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vedada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expressamente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utilização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adesivos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colados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papéis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fotográficos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sobre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o metal,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devendo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todo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conjunto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contar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estrutura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posterior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sustentação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rígida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MDF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material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equivalente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dotada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fechos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pressão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lastRenderedPageBreak/>
              <w:t>suportes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reforçados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fixação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parede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garantindo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acabamento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uniforme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isento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manchas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rebarbas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falhas</w:t>
            </w:r>
            <w:proofErr w:type="spellEnd"/>
            <w:r w:rsidRPr="00552D5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lastRenderedPageBreak/>
              <w:t>03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Unid.</w:t>
            </w:r>
          </w:p>
        </w:tc>
        <w:tc>
          <w:tcPr>
            <w:tcW w:w="137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R$</w:t>
            </w:r>
          </w:p>
        </w:tc>
      </w:tr>
      <w:tr w:rsidR="002C2015" w:rsidRPr="00552D53" w:rsidTr="00552D53">
        <w:trPr>
          <w:jc w:val="center"/>
        </w:trPr>
        <w:tc>
          <w:tcPr>
            <w:tcW w:w="71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lastRenderedPageBreak/>
              <w:t>02</w:t>
            </w:r>
          </w:p>
        </w:tc>
        <w:tc>
          <w:tcPr>
            <w:tcW w:w="517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58581C" w:rsidP="008F5603">
            <w:pPr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552D53">
              <w:rPr>
                <w:rFonts w:asciiTheme="majorHAnsi" w:hAnsiTheme="majorHAnsi" w:cstheme="majorHAnsi"/>
              </w:rPr>
              <w:t>Quadro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Galeria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Vereadores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2025-2029 (60cm x 50cm):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Confecção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fornecimento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quadro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galeria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institucional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vereadores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Legislatura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2025-2029,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dimensão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total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aproximada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60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50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largura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estruturado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moldura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perfil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alumínio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resistência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acabamento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metálico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prateado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escovado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cantos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perfeitamente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ajustados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proteção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frontal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vidro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plano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antirreflexo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espessura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mínima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2 mm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bordas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lapidadas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fundo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/passe-partout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interno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revestido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veludo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vermelha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posicionado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entre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moldura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externa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chapa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central.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placa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central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será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confeccionada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chapa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aço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inox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escovado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durabilidade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resistência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à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oxidação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medindo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aproximadamente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50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40 cm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largura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qual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toda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composição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gráfica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incluindo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as 09 (</w:t>
            </w:r>
            <w:proofErr w:type="spellStart"/>
            <w:r w:rsidRPr="00552D53">
              <w:rPr>
                <w:rFonts w:asciiTheme="majorHAnsi" w:hAnsiTheme="majorHAnsi" w:cstheme="majorHAnsi"/>
              </w:rPr>
              <w:t>nove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)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fotografias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parlamentares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no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formato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aproximado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7,5 cm x 9,5 cm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dispostas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grade 3x3,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identificação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individual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nome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completo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sigla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partido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político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gravados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abaixo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imagem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as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linhas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contorno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cabeçalho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as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inscrições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"CÂMARA DE VEREADORES" e "LEGISLATURA 2025 2029",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Brasões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 Estado do Rio Grande do Sul e do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Município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posicionados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na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parte superior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deverá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impressa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gravada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diretamente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sobre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superfície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aço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inox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Pr="00552D53">
              <w:rPr>
                <w:rFonts w:asciiTheme="majorHAnsi" w:hAnsiTheme="majorHAnsi" w:cstheme="majorHAnsi"/>
              </w:rPr>
              <w:t>por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meio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impressão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UV industrial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alta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definição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gravação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química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/laser),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vedada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expressamente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552D53">
              <w:rPr>
                <w:rFonts w:asciiTheme="majorHAnsi" w:hAnsiTheme="majorHAnsi" w:cstheme="majorHAnsi"/>
              </w:rPr>
              <w:t>utilização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adesivos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colados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papéis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fotográficos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sobre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o metal,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devendo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todo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o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conjunto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contar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com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estrutura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posterior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sustentação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rígida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MDF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material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equivalente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dotada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fechos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pressão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suportes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reforçados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fixação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segura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em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parede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garantindo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acabamento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uniforme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isento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552D53">
              <w:rPr>
                <w:rFonts w:asciiTheme="majorHAnsi" w:hAnsiTheme="majorHAnsi" w:cstheme="majorHAnsi"/>
              </w:rPr>
              <w:t>manchas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52D53">
              <w:rPr>
                <w:rFonts w:asciiTheme="majorHAnsi" w:hAnsiTheme="majorHAnsi" w:cstheme="majorHAnsi"/>
              </w:rPr>
              <w:t>rebarbas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ou</w:t>
            </w:r>
            <w:proofErr w:type="spellEnd"/>
            <w:r w:rsidRPr="00552D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52D53">
              <w:rPr>
                <w:rFonts w:asciiTheme="majorHAnsi" w:hAnsiTheme="majorHAnsi" w:cstheme="majorHAnsi"/>
              </w:rPr>
              <w:t>falhas</w:t>
            </w:r>
            <w:proofErr w:type="spellEnd"/>
            <w:r w:rsidRPr="00552D5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01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Unid.</w:t>
            </w:r>
          </w:p>
        </w:tc>
        <w:tc>
          <w:tcPr>
            <w:tcW w:w="137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2015" w:rsidRPr="00552D53" w:rsidRDefault="00790A96" w:rsidP="008F5603">
            <w:pPr>
              <w:jc w:val="both"/>
              <w:rPr>
                <w:rFonts w:asciiTheme="majorHAnsi" w:hAnsiTheme="majorHAnsi" w:cstheme="majorHAnsi"/>
              </w:rPr>
            </w:pPr>
            <w:r w:rsidRPr="00552D53">
              <w:rPr>
                <w:rFonts w:asciiTheme="majorHAnsi" w:hAnsiTheme="majorHAnsi" w:cstheme="majorHAnsi"/>
              </w:rPr>
              <w:t>R$</w:t>
            </w:r>
          </w:p>
        </w:tc>
      </w:tr>
    </w:tbl>
    <w:p w:rsidR="002C2015" w:rsidRPr="00552D53" w:rsidRDefault="00790A96" w:rsidP="008F5603">
      <w:pPr>
        <w:spacing w:after="240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Declaramos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que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nos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preços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propostos estão inclusos todos os tributos, encargos trabalhistas, previdenciários, fretes, deslocamentos, materiais de fabricação e quaisquer outros ônus necessários à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perfeita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execução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e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entrega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do </w:t>
      </w:r>
      <w:proofErr w:type="spellStart"/>
      <w:r w:rsidRPr="00552D53">
        <w:rPr>
          <w:rFonts w:asciiTheme="majorHAnsi" w:hAnsiTheme="majorHAnsi" w:cstheme="majorHAnsi"/>
          <w:color w:val="333333"/>
          <w:sz w:val="20"/>
          <w:szCs w:val="20"/>
        </w:rPr>
        <w:t>objeto</w:t>
      </w:r>
      <w:proofErr w:type="spellEnd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, e </w:t>
      </w:r>
      <w:proofErr w:type="spellStart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>temos</w:t>
      </w:r>
      <w:proofErr w:type="spellEnd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>ciência</w:t>
      </w:r>
      <w:proofErr w:type="spellEnd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dos dados </w:t>
      </w:r>
      <w:proofErr w:type="spellStart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>exigidos</w:t>
      </w:r>
      <w:proofErr w:type="spellEnd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no </w:t>
      </w:r>
      <w:proofErr w:type="spellStart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>presente</w:t>
      </w:r>
      <w:proofErr w:type="spellEnd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 xml:space="preserve"> </w:t>
      </w:r>
      <w:proofErr w:type="spellStart"/>
      <w:r w:rsidR="00CC610D" w:rsidRPr="00552D53">
        <w:rPr>
          <w:rFonts w:asciiTheme="majorHAnsi" w:hAnsiTheme="majorHAnsi" w:cstheme="majorHAnsi"/>
          <w:color w:val="333333"/>
          <w:sz w:val="20"/>
          <w:szCs w:val="20"/>
        </w:rPr>
        <w:t>certame</w:t>
      </w:r>
      <w:proofErr w:type="spellEnd"/>
      <w:r w:rsidRPr="00552D53">
        <w:rPr>
          <w:rFonts w:asciiTheme="majorHAnsi" w:hAnsiTheme="majorHAnsi" w:cstheme="majorHAnsi"/>
          <w:color w:val="333333"/>
          <w:sz w:val="20"/>
          <w:szCs w:val="20"/>
        </w:rPr>
        <w:t>.</w:t>
      </w:r>
    </w:p>
    <w:p w:rsidR="002C2015" w:rsidRPr="00552D53" w:rsidRDefault="00790A96" w:rsidP="00552D53">
      <w:pPr>
        <w:spacing w:after="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Data: _____ de __________________ de 2026.</w:t>
      </w:r>
    </w:p>
    <w:p w:rsidR="002C2015" w:rsidRPr="00552D53" w:rsidRDefault="00790A96" w:rsidP="00552D53">
      <w:pPr>
        <w:spacing w:after="0"/>
        <w:jc w:val="both"/>
        <w:rPr>
          <w:rFonts w:asciiTheme="majorHAnsi" w:hAnsiTheme="majorHAnsi" w:cstheme="majorHAnsi"/>
        </w:rPr>
      </w:pPr>
      <w:r w:rsidRPr="00552D53">
        <w:rPr>
          <w:rFonts w:asciiTheme="majorHAnsi" w:hAnsiTheme="majorHAnsi" w:cstheme="majorHAnsi"/>
          <w:color w:val="333333"/>
        </w:rPr>
        <w:t>_____________________________________________________</w:t>
      </w:r>
    </w:p>
    <w:p w:rsidR="00552D53" w:rsidRDefault="00790A96" w:rsidP="00790A96">
      <w:pPr>
        <w:spacing w:after="480"/>
        <w:jc w:val="both"/>
        <w:rPr>
          <w:rFonts w:asciiTheme="majorHAnsi" w:hAnsiTheme="majorHAnsi" w:cstheme="majorHAnsi"/>
          <w:b/>
          <w:color w:val="333333"/>
          <w:sz w:val="24"/>
          <w:szCs w:val="24"/>
        </w:rPr>
      </w:pPr>
      <w:r w:rsidRPr="00552D53">
        <w:rPr>
          <w:rFonts w:asciiTheme="majorHAnsi" w:hAnsiTheme="majorHAnsi" w:cstheme="majorHAnsi"/>
          <w:b/>
          <w:color w:val="333333"/>
        </w:rPr>
        <w:t>Assinatura do Representante Legal – CNPJ - Nome/CPF/ Cargo</w:t>
      </w:r>
      <w:bookmarkStart w:id="0" w:name="_GoBack"/>
      <w:bookmarkEnd w:id="0"/>
    </w:p>
    <w:sectPr w:rsidR="00552D53" w:rsidSect="00552D53">
      <w:headerReference w:type="default" r:id="rId9"/>
      <w:pgSz w:w="11907" w:h="16839" w:code="9"/>
      <w:pgMar w:top="567" w:right="1803" w:bottom="851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44" w:rsidRDefault="00A86344" w:rsidP="00A86344">
      <w:pPr>
        <w:spacing w:after="0" w:line="240" w:lineRule="auto"/>
      </w:pPr>
      <w:r>
        <w:separator/>
      </w:r>
    </w:p>
  </w:endnote>
  <w:endnote w:type="continuationSeparator" w:id="0">
    <w:p w:rsidR="00A86344" w:rsidRDefault="00A86344" w:rsidP="00A8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44" w:rsidRDefault="00A86344" w:rsidP="00A86344">
      <w:pPr>
        <w:spacing w:after="0" w:line="240" w:lineRule="auto"/>
      </w:pPr>
      <w:r>
        <w:separator/>
      </w:r>
    </w:p>
  </w:footnote>
  <w:footnote w:type="continuationSeparator" w:id="0">
    <w:p w:rsidR="00A86344" w:rsidRDefault="00A86344" w:rsidP="00A86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344" w:rsidRDefault="00827024" w:rsidP="00827024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2B111E5D" wp14:editId="4AC69CAB">
          <wp:extent cx="5610225" cy="50333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0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2015"/>
    <w:rsid w:val="00326F90"/>
    <w:rsid w:val="003D6DB2"/>
    <w:rsid w:val="00552D53"/>
    <w:rsid w:val="0058581C"/>
    <w:rsid w:val="00736CC5"/>
    <w:rsid w:val="00790A96"/>
    <w:rsid w:val="00827024"/>
    <w:rsid w:val="008F5603"/>
    <w:rsid w:val="00A86344"/>
    <w:rsid w:val="00AA1D8D"/>
    <w:rsid w:val="00B47730"/>
    <w:rsid w:val="00CB0664"/>
    <w:rsid w:val="00CC610D"/>
    <w:rsid w:val="00DD2D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uiPriority w:val="99"/>
    <w:rsid w:val="00DD2D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DD2DF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uiPriority w:val="99"/>
    <w:rsid w:val="00DD2D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DD2DF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2BB305-FDEA-4166-85D7-8EE0AFF5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AVISO ETP E TR  012.2026 - QUADROS_INST. -  FOTO DA LEGISLATURA E PRESIDENTES</dc:subject>
  <dc:creator>Eliseu Santos</dc:creator>
  <dc:description>generated by python-docx</dc:description>
  <cp:lastModifiedBy>CAMARA</cp:lastModifiedBy>
  <cp:revision>2</cp:revision>
  <cp:lastPrinted>2026-08-28T18:44:00Z</cp:lastPrinted>
  <dcterms:created xsi:type="dcterms:W3CDTF">2026-08-28T19:36:00Z</dcterms:created>
  <dcterms:modified xsi:type="dcterms:W3CDTF">2026-08-28T19:36:00Z</dcterms:modified>
</cp:coreProperties>
</file>